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בטוחה ומכבדת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כשמשהו מרגיש לא בסדר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מצבים מסוכנים, בריונות ברשת ומידע לא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התנהגות בטוחה ומכבדת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לעצור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צריך לשאול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ברגע שמשהו מועלה לרשת קשה למחוק אותו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לספר למבוגר אמין כדי לקבל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(מצב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(לעצור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(פגיעה בהודעות או 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(קשה לנחש ולא משתפים)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מוזרה ממישהו לא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מרגישים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למבוגר אמין ומספרים על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המבוגר עוזר להחליט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לכללים הגיוניים כמו: לא לשתף סיסמה, לספר למבוגר על הודעות מוזרות, לכתוב בכבוד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לתשובה: מספרים למבוגר אמין ולא מתעלמים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מישהו עלול להשתמש בה בלי רשות ולפגוע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שרואה פגיעה ברשת ובוחר לעזור במקום להתעלם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להימנע מבקשת תלמידים לשתף מקרים אישיים מול הכיתה - להשתמש רק במצבים דמיוניים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לוודא מי בצוות החינוכי זמין לפניות של תלמידים במידה ויעלה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בהצגת דרכי הפנייה למבוגר בבית הספר כדי שהמידע יהיה נגיש לכולם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הגלישה הבטוחה עוסק בהתנהגות נכונה באינטרנט - איך לשמור על בטיחות, כבוד ואחריות כלפי עצמנו וכלפי אחרים ברשת.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תמיד  ·  ירוק  ·  חזקה  ·  לספר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יום הגלישה הבטוחה?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ללמד תכנות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לחזק התנהגות בטוחה ומכבדת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להרחיק תלמידים ממחשבים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ברמזור הרשת, מה מסמן הצבע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בטוח 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לעצור ולספר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מסמן הצבע הצהוב ברמזור הרשת?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בטוח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צריך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מצב מסוכן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מידע אישי שמעלים לרשת יכול להישאר שם לזמן ארוך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לשתף סיסמה אישית עם חבר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רואים הודעה מוזרה ברשת, הכי טוב להתעלם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ברמזור הרשת, הצבע __________ מסמן מצב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כשמשהו ברשת מרגיש לא בטוח, חשוב לעצור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סיסמה __________ קשה לנחש ולכן שומרת עלינו.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מידע אישי כמו כתובת או תמונה עלול להישאר ברשת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ירוק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קשה לנחש ולא משתפים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אדום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פגיעה בהודעות או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בריונות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מצב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סיסמה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לעצור ולספר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המבוגר עוזר להחליט מה לעשות הלאה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פונים למבוגר אמין ומספרים על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הודעה מוזרה ממישהו לא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מרגישים שמשהו לא בסדר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כללים אישיים לשימוש בטוח ומכבד ברשת, כמו בחוזה הרשת.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כשמקבלים הודעה מוזרה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לא משתפים סיסמה עם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הגלישה הבטוחה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