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הגלישה הבטוחה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התנהגות בטוחה ומכבדת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פונים כשמשהו מרגיש לא בסדר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מצבים מסוכנים, בריונות ברשת ומידע לא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לחזק התנהגות בטוחה ומכבדת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לעצור ולספר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צריך לשאול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סיפר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 מישהו עלול להשתמש בה בלי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מי שרואה פגיעה ועוזר או מדווח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ברגע שמשהו מועלה לרשת קשה למחוק אותו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סיסמה היא אישית ולא משתפים אותה עם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חשוב לספר למבוגר אמין כדי לקבל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לבדוק אמינות מידע לפני שמאמינים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הגדרה מדויקת של בריונות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מבוגר אחראי יכול לעזור ולתת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אמינות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(מצב 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(לעצור ולספר למבוגר)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(פגיעה בהודעות או תמונות)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(קשה לנחש ולא משתפים)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(ידיעה לא אמיתית)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מקבלים הודעה מוזרה ממישהו לא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מרגישים שמשהו לא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פונים למבוגר אמין ומספרים על ההודעה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המבוגר עוזר להחליט מה לעשות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לכללים הגיוניים כמו: לא לשתף סיסמה, לספר למבוגר על הודעות מוזרות, לכתוב בכבוד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תכלול: לא להגיב בכעס, לשמור הוכחה, לספר למבוגר, לא להעביר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לתשובה: מספרים למבוגר אמין ולא מתעלמים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מישהו עלול להשתמש בה בלי רשות ולפגוע בנו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שרואה פגיעה ברשת ובוחר לעזור במקום להתעלם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להימנע מבקשת תלמידים לשתף מקרים אישיים מול הכיתה - להשתמש רק במצבים דמיוניים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 לוודא מי בצוות החינוכי זמין לפניות של תלמידים במידה ויעלה 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בהצגת דרכי הפנייה למבוגר בבית הספר כדי שהמידע יהיה נגיש לכולם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הגלישה הבטוחה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הזה מלמד איך להיות בטוחים ברשת. לומדים מתי לשאול מבוגר ולמי מספרים כשמשהו לא בסדר.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 הרשת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שבה צבעים מסמנים אם מצב ברשת בטוח, דורש שאלה או מסוכן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סיסמה חזקה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 כניסה שקשה לנחש, שלא משתפים עם אף אחד חוץ ממבוגר אחראי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בריונות ברשת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פגיעה בחבר באמצעות הודעות, תמונות או הדרה בקבוצות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עומד מהצד שפועל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שרואה פגיעה ברשת ובוחר לעזור ולא להתעלם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מידע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פרטים כמו כתובת, תמונה או טלפון שעלולים להישאר ברשת לתמיד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מידע כוזב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ידיעה או תמונה לא אמיתית שמוצגת כאילו היא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השמירה על מידע אישי ועל זכות ההחלטה מה משתפים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היום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ללמד תכנות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לחזק התנהגות בטוחה ומכבדת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להרחיק תלמידים ממחשבים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ללמד על היסטוריה של 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הצבע האדום אומר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בטוח להמשיך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לשאול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לעצור ולספר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לשתף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הצבע הצהוב אומר?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בטוח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לשאול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מצב מסוכן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להתעלם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הילד בסיפור עשה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התעלם מההודעה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ענה להודעה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סיפר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מחק את ההודעה בלי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לא משתפים סיסמה?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אפשר לשכוח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מישהו עלול להשתמש בה בלי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אסור בחוק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מי שעוזר כשרואה פגיעה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שצופה ולא עושה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שמצטרף לפגיעה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שרואה פגיעה ועוזר או מדווח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שבורח מהמצב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אישי שמעלים לרשת יכול להישאר שם לזמן ארוך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לשתף סיסמה אישית עם חבר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רואים הודעה מוזרה ברשת, הכי טוב להתעלם ולא לספר לאף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ידיעה שמופיעה באינטרנט היא בהכרח אמיתית.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בריונות ברשת היא סוג של פגיעה בחבר באמצעות הודעות או תמונות.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לפנות למבוגר כשמשהו ברשת מרגיש לא בסדר.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ברמזור הרשת, הצבע __________ מסמן מצב בטוח.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כשמשהו ברשת מרגיש לא בטוח, חשוב לעצור ול__________.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סיסמה __________ קשה לנחש ולכן שומרת עלינו.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מידע אישי כמו כתובת או תמונה עלול להישאר ברשת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כשרואים פגיעה בחבר ברשת, אפשר להיות עומד מהצד ש__________.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לפני שמאמינים לידיעה ברשת, צריך לבדוק את ה__________ 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ירוק ברמזור הרשת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לעצור ולספר למבוגר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אדום ברמזור הרשת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פגיעה בהודעות או תמונות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בריונות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ידיעה לא 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סיסמה חזקה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מצב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מידע כוזב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קשה לנחש ולא משתפים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מרגישים שמשהו לא בסדר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המבוגר עוזר להחליט מה לעשות הלאה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הודעה מוזרה ממישהו לא מוכר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פונים למבוגר אמין ומספרים על ההודעה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כללים אישיים לשימוש בטוח ומכבד ברשת, כמו בחוזה הרשת.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דמיוני שבו חבר מקבל תמונה לא נעימה בקבוצת וואטסאפ. מה הייתם מציעים לו לעשות?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כשמקבלים הודעה מוזרה ברשת?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לא משתפים סיסמה עם אף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'עומד מהצד שפועל'?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הגלישה הבטוחה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