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הגלישה הבטוחה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כללי התנהגות בטוחה ומכבדת ברשת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למי פונים כשמשהו מרגיש לא בסדר ברשת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מצבים מסוכנים, בריונות ברשת ומידע לא אמין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לחזק התנהגות בטוחה ומכבדת ברשת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לעצור ולספר למבוגר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צריך לשאול 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סיפר למבוגר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כי מישהו עלול להשתמש בה בלי רשות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מי שרואה פגיעה ועוזר או מדווח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ברגע שמשהו מועלה לרשת קשה למחוק אותו לגמרי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סיסמה היא אישית ולא משתפים אותה עם אף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חשוב לספר למבוגר אמין כדי לקבל עזרה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לבדוק אמינות מידע לפני שמאמינים 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הגדרה מדויקת של בריונות ברשת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מבוגר אחראי יכול לעזור ולתת פתרון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חזקה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אמינות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(מצב בטוח)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(לעצור ולספר למבוגר)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(פגיעה בהודעות או תמונות)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(קשה לנחש ולא משתפים)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(ידיעה לא אמיתית)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מקבלים הודעה מוזרה ממישהו לא מוכר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מרגישים שמשהו לא בסדר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פונים למבוגר אמין ומספרים על ההודעה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המבוגר עוזר להחליט מה לעשות הלאה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 לכללים הגיוניים כמו: לא לשתף סיסמה, לספר למבוגר על הודעות מוזרות, לכתוב בכבוד לאחרים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תכלול: לא להגיב בכעס, לשמור הוכחה, לספר למבוגר, לא להעביר הלאה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מצפים לתשובה: מספרים למבוגר אמין ולא מתעלמים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מישהו עלול להשתמש בה בלי רשות ולפגוע בנו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 שרואה פגיעה ברשת ובוחר לעזור במקום להתעלם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להימנע מבקשת תלמידים לשתף מקרים אישיים מול הכיתה - להשתמש רק במצבים דמיוניים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השיעור לוודא מי בצוות החינוכי זמין לפניות של תלמידים במידה ויעלה צורך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בהצגת דרכי הפנייה למבוגר בבית הספר כדי שהמידע יהיה נגיש לכולם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הגלישה הבטוחה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יום הגלישה הבטוחה עוסק בהתנהגות נכונה באינטרנט - איך לשמור על בטיחות, כבוד ואחריות כלפי עצמנו וכלפי אחרים ברשת.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המרכזית של יום הגלישה הבטוחה?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ללמד תכנות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לחזק התנהגות בטוחה ומכבדת ברשת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להרחיק תלמידים ממחשבים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ללמד על היסטוריה של האינטרנט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ברמזור הרשת, מה מסמן הצבע האדום?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בטוח להמשיך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לשאול מבוגר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לעצור ולספר למבוגר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לשתף עם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מסמן הצבע הצהוב ברמזור הרשת?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מצב בטוח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צריך לשאול מבוגר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מצב מסוכן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אפשר להתעלם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בסיפור על הילד שקיבל הודעה מוזרה, מה הוא עשה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התעלם מההודעה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ענה להודעה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סיפר למבוגר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מחק את ההודעה בלי לספר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לא כדאי לשתף סיסמה עם חברים?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זה משעמם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אפשר לשכוח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מישהו עלול להשתמש בה בלי רשות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זה אסור בחוק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זה 'עומד מהצד שפועל' במצב של בריונות ברשת?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 שצופה ולא עושה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 שמצטרף לפגיעה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 שרואה פגיעה ועוזר או מדווח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שבורח מהמצב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מידע אישי שמעלים לרשת יכול להישאר שם לזמן ארוך מאוד.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לשתף סיסמה אישית עם חבר טוב.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רואים הודעה מוזרה ברשת, הכי טוב להתעלם ולא לספר לאף אחד.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ידיעה שמופיעה באינטרנט היא בהכרח אמיתית.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בריונות ברשת היא סוג של פגיעה בחבר באמצעות הודעות או תמונות.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לפנות למבוגר כשמשהו ברשת מרגיש לא בסדר.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ברמזור הרשת, הצבע __________ מסמן מצב בטוח.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כשמשהו ברשת מרגיש לא בטוח, חשוב לעצור ול__________.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סיסמה __________ קשה לנחש ולכן שומרת עלינו.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מידע אישי כמו כתובת או תמונה עלול להישאר ברשת ל__________.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כשרואים פגיעה בחבר ברשת, אפשר להיות עומד מהצד ש__________.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לפני שמאמינים לידיעה ברשת, צריך לבדוק את ה__________ שלה.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ירוק ברמזור הרשת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פגיעה בהודעות או תמונות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אדום ברמזור הרשת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מצב בטוח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בריונות ברשת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לעצור ולספר למבוגר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סיסמה חזקה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ידיעה לא אמיתית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מידע כוזב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קשה לנחש ולא משתפים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פונים למבוגר אמין ומספרים על ההודעה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המבוגר עוזר להחליט מה לעשות הלאה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מרגישים שמשהו לא בסדר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מקבלים הודעה מוזרה ממישהו לא מוכר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כללים אישיים לשימוש בטוח ומכבד ברשת, כמו בחוזה הרשת.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 דמיוני שבו חבר מקבל תמונה לא נעימה בקבוצת וואטסאפ. מה הייתם מציעים לו לעשות?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כשמקבלים הודעה מוזרה ברשת?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לא משתפים סיסמה עם אף אחד?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המשמעות של 'עומד מהצד שפועל'?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הגלישה הבטוחה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